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1EE" w:rsidRDefault="0092395A">
      <w:pPr>
        <w:spacing w:after="60"/>
        <w:jc w:val="center"/>
      </w:pPr>
      <w:bookmarkStart w:id="0" w:name="_GoBack"/>
      <w:bookmarkEnd w:id="0"/>
      <w:r>
        <w:rPr>
          <w:b/>
          <w:sz w:val="30"/>
        </w:rPr>
        <w:t>SZCZEGÓŁOWY PROGRAM WYCIECZKI</w:t>
      </w:r>
      <w:r>
        <w:rPr>
          <w:b/>
          <w:sz w:val="30"/>
        </w:rPr>
        <w:br/>
        <w:t>I TYGODNIOWY HARMONOGRAM PRACY NAUCZYCIELI</w:t>
      </w:r>
    </w:p>
    <w:p w:rsidR="000721EE" w:rsidRDefault="0092395A">
      <w:pPr>
        <w:spacing w:after="120"/>
        <w:jc w:val="center"/>
      </w:pPr>
      <w:r>
        <w:rPr>
          <w:i/>
          <w:sz w:val="20"/>
        </w:rPr>
        <w:t>dokument pomocniczy do Karty wycieczki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6123"/>
        <w:gridCol w:w="1701"/>
        <w:gridCol w:w="6123"/>
      </w:tblGrid>
      <w:tr w:rsidR="000721EE">
        <w:trPr>
          <w:jc w:val="center"/>
        </w:trPr>
        <w:tc>
          <w:tcPr>
            <w:tcW w:w="181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Nazwa szkoły / placówki: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70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Termin wycieczki: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od __________ do __________</w:t>
            </w:r>
          </w:p>
        </w:tc>
      </w:tr>
      <w:tr w:rsidR="000721EE">
        <w:trPr>
          <w:jc w:val="center"/>
        </w:trPr>
        <w:tc>
          <w:tcPr>
            <w:tcW w:w="181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Miejsce / trasa: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70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Klasa / grupa: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jc w:val="center"/>
        </w:trPr>
        <w:tc>
          <w:tcPr>
            <w:tcW w:w="181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Kierownik wycieczki: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70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 xml:space="preserve">Liczba </w:t>
            </w:r>
            <w:r>
              <w:rPr>
                <w:b/>
              </w:rPr>
              <w:t>uczestników: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jc w:val="center"/>
        </w:trPr>
        <w:tc>
          <w:tcPr>
            <w:tcW w:w="181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Numer Karty wycieczki: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70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Tydzień rozliczeniowy:</w:t>
            </w:r>
          </w:p>
        </w:tc>
        <w:tc>
          <w:tcPr>
            <w:tcW w:w="612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od __________ do __________</w:t>
            </w:r>
          </w:p>
        </w:tc>
      </w:tr>
    </w:tbl>
    <w:p w:rsidR="000721EE" w:rsidRDefault="000721EE">
      <w:pPr>
        <w:spacing w:after="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044"/>
      </w:tblGrid>
      <w:tr w:rsidR="000721EE">
        <w:trPr>
          <w:jc w:val="center"/>
        </w:trPr>
        <w:tc>
          <w:tcPr>
            <w:tcW w:w="16044" w:type="dxa"/>
            <w:shd w:val="clear" w:color="auto" w:fill="F3F6FA"/>
          </w:tcPr>
          <w:p w:rsidR="000721EE" w:rsidRDefault="0092395A">
            <w:r>
              <w:rPr>
                <w:sz w:val="16"/>
              </w:rPr>
              <w:t xml:space="preserve">Podstawa i cel formularza. Formularz stanowi dokument pomocniczy do Karty wycieczki i służy uszczegółowieniu rubryki „Szczegółowy program wycieczki od wyjazdu do </w:t>
            </w:r>
            <w:r>
              <w:rPr>
                <w:sz w:val="16"/>
              </w:rPr>
              <w:t>powrotu” oraz przypisaniu zadań poszczególnym opiekunom. Wynika to z § 6 ust. 1–2 oraz § 10 pkt 1 i 5 rozporządzenia Ministra Edukacji Narodowej z dnia 25 maja 2018 r. w sprawie warunków i sposobu organizowania przez publiczne przedszkola, szkoły i placówk</w:t>
            </w:r>
            <w:r>
              <w:rPr>
                <w:sz w:val="16"/>
              </w:rPr>
              <w:t>i krajoznawstwa i turystyki (Dz.U. z 2018 r. poz. 1055). Dla celów rozliczenia czasu pracy uwzględnia się art. 42 ust. 1 Karty Nauczyciela, zgodnie z którym czas pracy nauczyciela zatrudnionego w pełnym wymiarze nie może przekraczać 40 godzin na tydzień. Z</w:t>
            </w:r>
            <w:r>
              <w:rPr>
                <w:sz w:val="16"/>
              </w:rPr>
              <w:t>godnie z uchwałą składu 7 sędziów Sądu Najwyższego z 26 lutego 2025 r., III PZP 3/24, praca wykonywana ponad normę z art. 42 ust. 1 Karty Nauczyciela jest pracą w godzinach nadliczbowych w rozumieniu Kodeksu pracy; w sprawach nieuregulowanych Kartą Nauczyc</w:t>
            </w:r>
            <w:r>
              <w:rPr>
                <w:sz w:val="16"/>
              </w:rPr>
              <w:t>iela stosuje się art. 91c ust. 1 Karty Nauczyciela.</w:t>
            </w:r>
          </w:p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40"/>
      </w:pPr>
      <w:r>
        <w:rPr>
          <w:b/>
          <w:sz w:val="20"/>
        </w:rPr>
        <w:t>Nauczyciele / opiekunowie objęci harmonogramem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13562"/>
      </w:tblGrid>
      <w:tr w:rsidR="000721EE">
        <w:trPr>
          <w:jc w:val="center"/>
        </w:trPr>
        <w:tc>
          <w:tcPr>
            <w:tcW w:w="220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</w:rPr>
              <w:t>N1</w:t>
            </w:r>
          </w:p>
        </w:tc>
        <w:tc>
          <w:tcPr>
            <w:tcW w:w="135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rFonts w:eastAsia="Arial"/>
              </w:rPr>
              <w:t>Imię i nazwisko: Jan Kowalski</w:t>
            </w:r>
          </w:p>
        </w:tc>
      </w:tr>
      <w:tr w:rsidR="000721EE">
        <w:trPr>
          <w:jc w:val="center"/>
        </w:trPr>
        <w:tc>
          <w:tcPr>
            <w:tcW w:w="220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</w:rPr>
              <w:t>N2</w:t>
            </w:r>
          </w:p>
        </w:tc>
        <w:tc>
          <w:tcPr>
            <w:tcW w:w="135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rFonts w:eastAsia="Arial"/>
              </w:rPr>
              <w:t>Imię i nazwisko: Marian Nowak</w:t>
            </w:r>
          </w:p>
        </w:tc>
      </w:tr>
      <w:tr w:rsidR="000721EE">
        <w:trPr>
          <w:jc w:val="center"/>
        </w:trPr>
        <w:tc>
          <w:tcPr>
            <w:tcW w:w="220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</w:rPr>
              <w:t>N3</w:t>
            </w:r>
          </w:p>
        </w:tc>
        <w:tc>
          <w:tcPr>
            <w:tcW w:w="135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rFonts w:eastAsia="Arial"/>
              </w:rPr>
              <w:t>Imię i nazwisko: Anna Wiśniewska</w:t>
            </w:r>
          </w:p>
        </w:tc>
      </w:tr>
      <w:tr w:rsidR="000721EE">
        <w:trPr>
          <w:jc w:val="center"/>
        </w:trPr>
        <w:tc>
          <w:tcPr>
            <w:tcW w:w="220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</w:rPr>
              <w:t>N4</w:t>
            </w:r>
          </w:p>
        </w:tc>
        <w:tc>
          <w:tcPr>
            <w:tcW w:w="135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 xml:space="preserve">Imię i nazwisko: </w:t>
            </w:r>
            <w:r>
              <w:t>____________________________________</w:t>
            </w:r>
          </w:p>
        </w:tc>
      </w:tr>
      <w:tr w:rsidR="000721EE">
        <w:trPr>
          <w:jc w:val="center"/>
        </w:trPr>
        <w:tc>
          <w:tcPr>
            <w:tcW w:w="2200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</w:rPr>
              <w:t>N5</w:t>
            </w:r>
          </w:p>
        </w:tc>
        <w:tc>
          <w:tcPr>
            <w:tcW w:w="135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Imię i nazwisko: ____________________________________</w:t>
            </w:r>
          </w:p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  <w:sz w:val="19"/>
        </w:rPr>
        <w:t>Zasady wypełniania</w:t>
      </w:r>
    </w:p>
    <w:p w:rsidR="000721EE" w:rsidRDefault="0092395A">
      <w:pPr>
        <w:spacing w:after="20"/>
        <w:ind w:left="113"/>
      </w:pPr>
      <w:r>
        <w:rPr>
          <w:sz w:val="16"/>
        </w:rPr>
        <w:t>1. W programie należy wpisać rzeczywiste przedziały czasowe i zadania: przejazd, opiekę, zwiedzanie, posiłki, czynności organizacyjne, dyżur</w:t>
      </w:r>
      <w:r>
        <w:rPr>
          <w:sz w:val="16"/>
        </w:rPr>
        <w:t>y, opiekę nocną itp.</w:t>
      </w:r>
    </w:p>
    <w:p w:rsidR="000721EE" w:rsidRDefault="0092395A">
      <w:pPr>
        <w:spacing w:after="20"/>
        <w:ind w:left="113"/>
      </w:pPr>
      <w:r>
        <w:rPr>
          <w:sz w:val="16"/>
        </w:rPr>
        <w:t>2. Przy każdym zadaniu nauczyciel potwierdza podpisem realizację przydzielonego zadania/opieki. N1–N5 odpowiadają osobom wskazanym powyżej.</w:t>
      </w:r>
    </w:p>
    <w:p w:rsidR="000721EE" w:rsidRDefault="0092395A">
      <w:pPr>
        <w:spacing w:after="20"/>
        <w:ind w:left="113"/>
      </w:pPr>
      <w:r>
        <w:rPr>
          <w:sz w:val="16"/>
        </w:rPr>
        <w:t>3. Okres odpoczynku lub czas, w którym nauczyciel nie ma przydzielonych zadań i nie pozostaje w</w:t>
      </w:r>
      <w:r>
        <w:rPr>
          <w:sz w:val="16"/>
        </w:rPr>
        <w:t xml:space="preserve"> dyspozycji do wykonywania pracy, należy oznaczyć wprost w programie.</w:t>
      </w:r>
    </w:p>
    <w:p w:rsidR="000721EE" w:rsidRDefault="0092395A">
      <w:pPr>
        <w:spacing w:after="20"/>
        <w:ind w:left="113"/>
      </w:pPr>
      <w:r>
        <w:rPr>
          <w:sz w:val="16"/>
        </w:rPr>
        <w:t>4. W podsumowaniu tygodniowym należy doliczyć również inne obowiązki służbowe wykonane w tym samym tygodniu poza wycieczką, tak aby ustalić łączny tygodniowy czas pracy.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 xml:space="preserve">PONIEDZIAŁEK  </w:t>
      </w:r>
      <w:r>
        <w:rPr>
          <w:b/>
          <w:sz w:val="26"/>
        </w:rPr>
        <w:t xml:space="preserve"> |   data: ____________________</w:t>
      </w:r>
    </w:p>
    <w:p w:rsidR="000721EE" w:rsidRDefault="0092395A">
      <w:pPr>
        <w:spacing w:after="60"/>
      </w:pPr>
      <w:r>
        <w:rPr>
          <w:b/>
        </w:rPr>
        <w:t>Szczegółowy program dnia i przydział zadań opiekunom – PRZYKŁAD WYPEŁNIENIA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Podpis nauczyciela – potwierdzenie realizacji zadania /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 xml:space="preserve">(np. </w:t>
            </w:r>
            <w:r>
              <w:rPr>
                <w:b/>
                <w:sz w:val="14"/>
              </w:rPr>
              <w:t>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07:00–08:00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Pobudka uczestników, poranna organizacja, sprawdzenie obecności i przygotowanie grupy do śniadania.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miejsce zakwaterowania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N1 – opieka; N2 i N3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08:00–09:00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 xml:space="preserve">Śniadanie – </w:t>
            </w:r>
            <w:r>
              <w:t>opieka nad uczestnikami i nadzór nad grupą.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stołówka / ośrodek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N1 – opieka; N2 i N3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09:00–09:30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Przygotowanie do wyjścia: zbiórka, sprawdzenie liczby uczestników, wyposażenia i przypomnienie zasad bezpieczeństwa.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miejsce zbiórki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</w:t>
            </w:r>
            <w:r>
              <w:t>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N2 – przygotowanie grupy; N1 i N3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09:30–12:30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Wyjście z grupą – zwiedzanie / realizacja programu wycieczki. Stała opieka nad uczestnikami podczas przejścia i pobytu poza ośrodkiem.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trasa / obiekt zwiedzany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Wyjście – opieka 3 nauczycieli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12:30–13:30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Obiad – opieka nad uczestnikami po powrocie do miejsca zakwaterowania.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stołówka / ośrodek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N2 – opieka; N1 i N3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13:30–15:00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Czas odpoczynku uczestników w miejscu zakwaterowania; nadzór nad</w:t>
            </w:r>
            <w:r>
              <w:t xml:space="preserve"> grupą i bieżące czynności opiekuńcze.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miejsce zakwaterowania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N3 – opieka; N1 i N2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15:00–15:30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Zbiórka i przygotowanie grupy do popołudniowego wyjścia; sprawdzenie obecności i przypomnienie zasad bezpieczeństwa.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miejsce zbiórki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</w:t>
            </w:r>
            <w:r>
              <w:t>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N1 – przygotowanie grupy; N2 i N3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15:30–18:30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Wyjście z grupą – zajęcia terenowe / zwiedzanie / spacer edukacyjny. Stała opieka nad uczestnikami.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trasa / teren zajęć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Wyjście – opieka 3 nauczycieli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18:30–19:30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Kolacja – opieka nad uczestnikami po powrocie z programu popołudniowego.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stołówka / ośrodek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N3 – opieka; N1 i N2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19:30–22:00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 xml:space="preserve">Zajęcia wieczorne w miejscu zakwaterowania, przygotowanie uczestników do ciszy nocnej i sprawdzenie </w:t>
            </w:r>
            <w:r>
              <w:t>obecności.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miejsce zakwaterowania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N2 – opieka; N1 odpoczynek przed dyżurem nocnym; N3 – odpoczynek</w:t>
            </w:r>
          </w:p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22:00–07:00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Dyżur nocny – nadzór nad bezpieczeństwem uczestników i reagowanie w razie potrzeby.</w:t>
            </w:r>
          </w:p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miejsce zakwaterowania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podpis</w:t>
            </w: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N1 – dyżur nocn</w:t>
            </w:r>
            <w:r>
              <w:t>y; N2 i N3 – odpoczynek nocny</w:t>
            </w:r>
          </w:p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17,5 h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10 h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8,5 h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rFonts w:eastAsia="Arial"/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rFonts w:eastAsia="Arial"/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>WTOREK   |   data: ____________________</w:t>
      </w:r>
    </w:p>
    <w:p w:rsidR="000721EE" w:rsidRDefault="0092395A">
      <w:pPr>
        <w:spacing w:after="60"/>
      </w:pPr>
      <w:r>
        <w:rPr>
          <w:b/>
          <w:sz w:val="19"/>
        </w:rPr>
        <w:t>Szczegółowy program dnia i przydział zadań opiekunom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 xml:space="preserve">Podpis nauczyciela – potwierdzenie realizacji zadania </w:t>
            </w:r>
            <w:r>
              <w:rPr>
                <w:b/>
                <w:sz w:val="14"/>
              </w:rPr>
              <w:t>/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>(np. 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>ŚRODA   |   data: ____________________</w:t>
      </w:r>
    </w:p>
    <w:p w:rsidR="000721EE" w:rsidRDefault="0092395A">
      <w:pPr>
        <w:spacing w:after="60"/>
      </w:pPr>
      <w:r>
        <w:rPr>
          <w:b/>
          <w:sz w:val="19"/>
        </w:rPr>
        <w:t>Szczegółowy program dnia i przydział zadań opiekunom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Podpis nauczyciela – potwierdzenie realizacji zadania /</w:t>
            </w:r>
            <w:r>
              <w:rPr>
                <w:b/>
                <w:sz w:val="14"/>
              </w:rPr>
              <w:t xml:space="preserve">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>(np. 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>CZWARTEK   |   data: ____________________</w:t>
      </w:r>
    </w:p>
    <w:p w:rsidR="000721EE" w:rsidRDefault="0092395A">
      <w:pPr>
        <w:spacing w:after="60"/>
      </w:pPr>
      <w:r>
        <w:rPr>
          <w:b/>
          <w:sz w:val="19"/>
        </w:rPr>
        <w:t>Szczegółowy program dnia i przydział zadań opiekunom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 xml:space="preserve">Podpis nauczyciela – potwierdzenie realizacji </w:t>
            </w:r>
            <w:r>
              <w:rPr>
                <w:b/>
                <w:sz w:val="14"/>
              </w:rPr>
              <w:t>zadania /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>(np. 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>PIĄTEK   |   data: ____________________</w:t>
      </w:r>
    </w:p>
    <w:p w:rsidR="000721EE" w:rsidRDefault="0092395A">
      <w:pPr>
        <w:spacing w:after="60"/>
      </w:pPr>
      <w:r>
        <w:rPr>
          <w:b/>
          <w:sz w:val="19"/>
        </w:rPr>
        <w:t>Szczegółowy program dnia i przydział zadań opiekunom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 xml:space="preserve">Podpis nauczyciela – potwierdzenie realizacji zadania </w:t>
            </w:r>
            <w:r>
              <w:rPr>
                <w:b/>
                <w:sz w:val="14"/>
              </w:rPr>
              <w:t>/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>(np. 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>SOBOTA   |   data: ____________________</w:t>
      </w:r>
    </w:p>
    <w:p w:rsidR="000721EE" w:rsidRDefault="0092395A">
      <w:pPr>
        <w:spacing w:after="60"/>
      </w:pPr>
      <w:r>
        <w:rPr>
          <w:b/>
          <w:sz w:val="19"/>
        </w:rPr>
        <w:t>Szczegółowy program dnia i przydział zadań opiekunom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 xml:space="preserve">Podpis nauczyciela – potwierdzenie realizacji zadania </w:t>
            </w:r>
            <w:r>
              <w:rPr>
                <w:b/>
                <w:sz w:val="14"/>
              </w:rPr>
              <w:t>/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>(np. 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6"/>
        </w:rPr>
        <w:lastRenderedPageBreak/>
        <w:t>NIEDZIELA   |   data: ____________________</w:t>
      </w:r>
    </w:p>
    <w:p w:rsidR="000721EE" w:rsidRDefault="0092395A">
      <w:pPr>
        <w:spacing w:after="60"/>
      </w:pPr>
      <w:r>
        <w:rPr>
          <w:b/>
          <w:sz w:val="19"/>
        </w:rPr>
        <w:t>Szczegółowy program dnia i przydział zadań opiekunom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4082"/>
        <w:gridCol w:w="1814"/>
        <w:gridCol w:w="1224"/>
        <w:gridCol w:w="1224"/>
        <w:gridCol w:w="1224"/>
        <w:gridCol w:w="1224"/>
        <w:gridCol w:w="1224"/>
        <w:gridCol w:w="2268"/>
      </w:tblGrid>
      <w:tr w:rsidR="000721EE">
        <w:trPr>
          <w:trHeight w:val="425"/>
          <w:tblHeader/>
          <w:jc w:val="center"/>
        </w:trPr>
        <w:tc>
          <w:tcPr>
            <w:tcW w:w="1191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Godziny</w:t>
            </w:r>
            <w:r>
              <w:rPr>
                <w:b/>
                <w:sz w:val="15"/>
              </w:rPr>
              <w:br/>
              <w:t>od–do</w:t>
            </w:r>
          </w:p>
          <w:p w:rsidR="000721EE" w:rsidRDefault="000721EE">
            <w:pPr>
              <w:jc w:val="center"/>
            </w:pPr>
          </w:p>
        </w:tc>
        <w:tc>
          <w:tcPr>
            <w:tcW w:w="4082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Szczegółowy punkt programu / zadanie nauczyciela</w:t>
            </w:r>
          </w:p>
          <w:p w:rsidR="000721EE" w:rsidRDefault="000721EE">
            <w:pPr>
              <w:jc w:val="center"/>
            </w:pPr>
          </w:p>
        </w:tc>
        <w:tc>
          <w:tcPr>
            <w:tcW w:w="1814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Miejsce</w:t>
            </w:r>
          </w:p>
          <w:p w:rsidR="000721EE" w:rsidRDefault="000721EE">
            <w:pPr>
              <w:jc w:val="center"/>
            </w:pPr>
          </w:p>
        </w:tc>
        <w:tc>
          <w:tcPr>
            <w:tcW w:w="6120" w:type="dxa"/>
            <w:gridSpan w:val="5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Podpis nauczyciela – potwierdzenie realizacji zadan</w:t>
            </w:r>
            <w:r>
              <w:rPr>
                <w:b/>
                <w:sz w:val="14"/>
              </w:rPr>
              <w:t>ia / opieki</w:t>
            </w:r>
          </w:p>
        </w:tc>
        <w:tc>
          <w:tcPr>
            <w:tcW w:w="2268" w:type="dxa"/>
            <w:vMerge w:val="restart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Uwagi</w:t>
            </w:r>
            <w:r>
              <w:rPr>
                <w:b/>
                <w:sz w:val="14"/>
              </w:rPr>
              <w:br/>
              <w:t>(np. praca nocna / odpoczynek)</w:t>
            </w:r>
          </w:p>
          <w:p w:rsidR="000721EE" w:rsidRDefault="000721EE">
            <w:pPr>
              <w:jc w:val="center"/>
            </w:pPr>
          </w:p>
        </w:tc>
      </w:tr>
      <w:tr w:rsidR="000721EE">
        <w:trPr>
          <w:trHeight w:val="311"/>
          <w:tblHeader/>
          <w:jc w:val="center"/>
        </w:trPr>
        <w:tc>
          <w:tcPr>
            <w:tcW w:w="1191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4082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122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  <w:tc>
          <w:tcPr>
            <w:tcW w:w="2268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  <w:tr w:rsidR="000721EE">
        <w:trPr>
          <w:trHeight w:val="464"/>
          <w:jc w:val="center"/>
        </w:trPr>
        <w:tc>
          <w:tcPr>
            <w:tcW w:w="119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____–____</w:t>
            </w:r>
          </w:p>
        </w:tc>
        <w:tc>
          <w:tcPr>
            <w:tcW w:w="408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81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22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/>
        </w:tc>
      </w:tr>
    </w:tbl>
    <w:p w:rsidR="000721EE" w:rsidRDefault="000721EE">
      <w:pPr>
        <w:spacing w:after="0" w:line="240" w:lineRule="auto"/>
      </w:pPr>
    </w:p>
    <w:p w:rsidR="000721EE" w:rsidRDefault="0092395A">
      <w:pPr>
        <w:spacing w:after="20"/>
      </w:pPr>
      <w:r>
        <w:rPr>
          <w:b/>
        </w:rPr>
        <w:t>Dobowy bilans czasu pracy wynikający z powyższego harmonogramu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675"/>
        <w:gridCol w:w="2675"/>
        <w:gridCol w:w="2675"/>
        <w:gridCol w:w="2675"/>
        <w:gridCol w:w="2675"/>
      </w:tblGrid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Nauczyciel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N1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N2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N3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N4</w:t>
            </w:r>
          </w:p>
        </w:tc>
        <w:tc>
          <w:tcPr>
            <w:tcW w:w="267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N5</w:t>
            </w:r>
          </w:p>
        </w:tc>
      </w:tr>
      <w:tr w:rsidR="000721EE">
        <w:trPr>
          <w:jc w:val="center"/>
        </w:trPr>
        <w:tc>
          <w:tcPr>
            <w:tcW w:w="2551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5"/>
              </w:rPr>
              <w:t>Liczba godzin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  <w:tc>
          <w:tcPr>
            <w:tcW w:w="26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sz w:val="15"/>
              </w:rPr>
              <w:t>________</w:t>
            </w:r>
          </w:p>
        </w:tc>
      </w:tr>
    </w:tbl>
    <w:p w:rsidR="000721EE" w:rsidRDefault="0092395A">
      <w:pPr>
        <w:spacing w:before="40" w:after="0"/>
      </w:pPr>
      <w:r>
        <w:rPr>
          <w:sz w:val="16"/>
        </w:rPr>
        <w:t xml:space="preserve">Kierownik wycieczki – potwierdzenie zgodności harmonogramu dnia:  </w:t>
      </w:r>
      <w:r>
        <w:rPr>
          <w:sz w:val="16"/>
        </w:rPr>
        <w:t>________________________________</w:t>
      </w:r>
    </w:p>
    <w:p w:rsidR="000721EE" w:rsidRDefault="0092395A">
      <w:r>
        <w:br w:type="page"/>
      </w:r>
    </w:p>
    <w:p w:rsidR="000721EE" w:rsidRDefault="0092395A">
      <w:pPr>
        <w:spacing w:after="60"/>
        <w:jc w:val="center"/>
      </w:pPr>
      <w:r>
        <w:rPr>
          <w:b/>
          <w:sz w:val="28"/>
        </w:rPr>
        <w:lastRenderedPageBreak/>
        <w:t>TYGODNIOWE PODSUMOWANIE CZASU PRACY NAUCZYCIELI</w:t>
      </w:r>
    </w:p>
    <w:p w:rsidR="000721EE" w:rsidRDefault="0092395A">
      <w:pPr>
        <w:spacing w:after="60"/>
      </w:pPr>
      <w:r>
        <w:t xml:space="preserve">W tabeli należy ująć godziny wynikające z wycieczki oraz pozostałe obowiązki służbowe wykonane w tym samym tygodniu. Kolumna „ponad 40 h” służy do wykazania pracy </w:t>
      </w:r>
      <w:r>
        <w:t>przekraczającej tygodniową normę z art. 42 ust. 1 Karty Nauczyciela.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765"/>
        <w:gridCol w:w="765"/>
        <w:gridCol w:w="765"/>
        <w:gridCol w:w="765"/>
        <w:gridCol w:w="765"/>
        <w:gridCol w:w="765"/>
        <w:gridCol w:w="765"/>
        <w:gridCol w:w="1361"/>
        <w:gridCol w:w="907"/>
        <w:gridCol w:w="964"/>
        <w:gridCol w:w="964"/>
        <w:gridCol w:w="1134"/>
        <w:gridCol w:w="1587"/>
      </w:tblGrid>
      <w:tr w:rsidR="000721EE">
        <w:trPr>
          <w:trHeight w:val="567"/>
          <w:tblHeader/>
          <w:jc w:val="center"/>
        </w:trPr>
        <w:tc>
          <w:tcPr>
            <w:tcW w:w="2154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Imię i nazwisko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Pn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Wt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Śr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Czw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Pt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Sob</w:t>
            </w:r>
          </w:p>
        </w:tc>
        <w:tc>
          <w:tcPr>
            <w:tcW w:w="765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Nd</w:t>
            </w:r>
          </w:p>
        </w:tc>
        <w:tc>
          <w:tcPr>
            <w:tcW w:w="1361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Inne obowiązki</w:t>
            </w:r>
            <w:r>
              <w:rPr>
                <w:b/>
                <w:sz w:val="14"/>
              </w:rPr>
              <w:br/>
              <w:t>w tygodniu</w:t>
            </w:r>
          </w:p>
        </w:tc>
        <w:tc>
          <w:tcPr>
            <w:tcW w:w="907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Razem</w:t>
            </w:r>
          </w:p>
        </w:tc>
        <w:tc>
          <w:tcPr>
            <w:tcW w:w="964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Ponad</w:t>
            </w:r>
            <w:r>
              <w:rPr>
                <w:b/>
                <w:sz w:val="14"/>
              </w:rPr>
              <w:br/>
              <w:t>40 h</w:t>
            </w:r>
          </w:p>
        </w:tc>
        <w:tc>
          <w:tcPr>
            <w:tcW w:w="964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Praca</w:t>
            </w:r>
            <w:r>
              <w:rPr>
                <w:b/>
                <w:sz w:val="14"/>
              </w:rPr>
              <w:br/>
              <w:t>nocna</w:t>
            </w:r>
          </w:p>
        </w:tc>
        <w:tc>
          <w:tcPr>
            <w:tcW w:w="1134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Do rozliczenia</w:t>
            </w:r>
            <w:r>
              <w:rPr>
                <w:b/>
                <w:sz w:val="14"/>
              </w:rPr>
              <w:br/>
              <w:t>nadliczbowego</w:t>
            </w:r>
          </w:p>
        </w:tc>
        <w:tc>
          <w:tcPr>
            <w:tcW w:w="1587" w:type="dxa"/>
            <w:shd w:val="clear" w:color="auto" w:fill="D9EA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pPr>
              <w:jc w:val="center"/>
            </w:pPr>
            <w:r>
              <w:rPr>
                <w:b/>
                <w:sz w:val="14"/>
              </w:rPr>
              <w:t>Podpis</w:t>
            </w:r>
          </w:p>
        </w:tc>
      </w:tr>
      <w:tr w:rsidR="000721EE">
        <w:trPr>
          <w:trHeight w:val="510"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rFonts w:eastAsia="Arial"/>
                <w:sz w:val="14"/>
              </w:rPr>
              <w:t>N1: Jan Kowalski</w:t>
            </w: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5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</w:tr>
      <w:tr w:rsidR="000721EE">
        <w:trPr>
          <w:trHeight w:val="510"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rFonts w:eastAsia="Arial"/>
                <w:sz w:val="14"/>
              </w:rPr>
              <w:t>N2: Marian Nowak</w:t>
            </w: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5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</w:tr>
      <w:tr w:rsidR="000721EE">
        <w:trPr>
          <w:trHeight w:val="510"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rFonts w:eastAsia="Arial"/>
                <w:sz w:val="14"/>
              </w:rPr>
              <w:t>N3: Anna Wiśniewska</w:t>
            </w: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5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</w:tr>
      <w:tr w:rsidR="000721EE">
        <w:trPr>
          <w:trHeight w:val="510"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sz w:val="14"/>
              </w:rPr>
              <w:t>N4: __________________</w:t>
            </w: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5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</w:tr>
      <w:tr w:rsidR="000721EE">
        <w:trPr>
          <w:trHeight w:val="510"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sz w:val="14"/>
              </w:rPr>
              <w:t>N5: __________________</w:t>
            </w: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76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0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96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  <w:tc>
          <w:tcPr>
            <w:tcW w:w="158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0721EE">
            <w:pPr>
              <w:jc w:val="center"/>
            </w:pPr>
          </w:p>
        </w:tc>
      </w:tr>
    </w:tbl>
    <w:p w:rsidR="000721EE" w:rsidRDefault="000721EE">
      <w:pPr>
        <w:spacing w:after="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85"/>
        <w:gridCol w:w="12359"/>
      </w:tblGrid>
      <w:tr w:rsidR="000721EE">
        <w:trPr>
          <w:jc w:val="center"/>
        </w:trPr>
        <w:tc>
          <w:tcPr>
            <w:tcW w:w="3685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  <w:sz w:val="16"/>
              </w:rPr>
              <w:t>Sposób obliczenia:</w:t>
            </w:r>
          </w:p>
        </w:tc>
        <w:tc>
          <w:tcPr>
            <w:tcW w:w="123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sz w:val="16"/>
              </w:rPr>
              <w:t>Pn + Wt + Śr + Czw + Pt + Sob + Nd + inne obowiązki w tygodniu = łączny tygodniowy czas pracy.</w:t>
            </w:r>
          </w:p>
        </w:tc>
      </w:tr>
      <w:tr w:rsidR="000721EE">
        <w:trPr>
          <w:jc w:val="center"/>
        </w:trPr>
        <w:tc>
          <w:tcPr>
            <w:tcW w:w="3685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  <w:sz w:val="16"/>
              </w:rPr>
              <w:t>Przekroczenie:</w:t>
            </w:r>
          </w:p>
        </w:tc>
        <w:tc>
          <w:tcPr>
            <w:tcW w:w="123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sz w:val="16"/>
              </w:rPr>
              <w:t xml:space="preserve">Jeżeli </w:t>
            </w:r>
            <w:r>
              <w:rPr>
                <w:sz w:val="16"/>
              </w:rPr>
              <w:t>łączny tygodniowy czas pracy przekracza 40 godzin, różnicę należy wykazać w kolumnie „Ponad 40 h”.</w:t>
            </w:r>
          </w:p>
        </w:tc>
      </w:tr>
      <w:tr w:rsidR="000721EE">
        <w:trPr>
          <w:jc w:val="center"/>
        </w:trPr>
        <w:tc>
          <w:tcPr>
            <w:tcW w:w="3685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  <w:sz w:val="16"/>
              </w:rPr>
              <w:t>Podstawa:</w:t>
            </w:r>
          </w:p>
        </w:tc>
        <w:tc>
          <w:tcPr>
            <w:tcW w:w="123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sz w:val="16"/>
              </w:rPr>
              <w:t>Art. 42 ust. 1 i art. 91c ust. 1 Karty Nauczyciela oraz uchwała 7 sędziów Sądu Najwyższego z 26.02.2025 r., III PZP 3/24.</w:t>
            </w:r>
          </w:p>
        </w:tc>
      </w:tr>
      <w:tr w:rsidR="000721EE">
        <w:trPr>
          <w:jc w:val="center"/>
        </w:trPr>
        <w:tc>
          <w:tcPr>
            <w:tcW w:w="3685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  <w:sz w:val="16"/>
              </w:rPr>
              <w:t>Uwaga:</w:t>
            </w:r>
          </w:p>
        </w:tc>
        <w:tc>
          <w:tcPr>
            <w:tcW w:w="1235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sz w:val="16"/>
              </w:rPr>
              <w:t>Formularz dokume</w:t>
            </w:r>
            <w:r>
              <w:rPr>
                <w:sz w:val="16"/>
              </w:rPr>
              <w:t>ntuje czas i zadania. Sposób naliczenia oraz wypłaty należnego wynagrodzenia powinien być dokonany zgodnie z właściwymi przepisami prawa pracy i zasadami obowiązującymi u pracodawcy.</w:t>
            </w:r>
          </w:p>
        </w:tc>
      </w:tr>
    </w:tbl>
    <w:p w:rsidR="000721EE" w:rsidRDefault="000721EE">
      <w:pPr>
        <w:spacing w:after="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54"/>
        <w:gridCol w:w="5839"/>
        <w:gridCol w:w="2154"/>
        <w:gridCol w:w="5839"/>
      </w:tblGrid>
      <w:tr w:rsidR="000721EE">
        <w:trPr>
          <w:jc w:val="center"/>
        </w:trPr>
        <w:tc>
          <w:tcPr>
            <w:tcW w:w="215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Kierownik wycieczki:</w:t>
            </w:r>
          </w:p>
        </w:tc>
        <w:tc>
          <w:tcPr>
            <w:tcW w:w="583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Data:</w:t>
            </w:r>
          </w:p>
        </w:tc>
        <w:tc>
          <w:tcPr>
            <w:tcW w:w="583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_______________</w:t>
            </w:r>
            <w:r>
              <w:t>_</w:t>
            </w:r>
          </w:p>
        </w:tc>
      </w:tr>
      <w:tr w:rsidR="000721EE">
        <w:trPr>
          <w:jc w:val="center"/>
        </w:trPr>
        <w:tc>
          <w:tcPr>
            <w:tcW w:w="215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Dyrektor szkoły:</w:t>
            </w:r>
          </w:p>
        </w:tc>
        <w:tc>
          <w:tcPr>
            <w:tcW w:w="583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rPr>
                <w:b/>
              </w:rPr>
              <w:t>Data:</w:t>
            </w:r>
          </w:p>
        </w:tc>
        <w:tc>
          <w:tcPr>
            <w:tcW w:w="583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721EE" w:rsidRDefault="0092395A">
            <w:r>
              <w:t>________________</w:t>
            </w:r>
          </w:p>
        </w:tc>
      </w:tr>
    </w:tbl>
    <w:p w:rsidR="0092395A" w:rsidRDefault="0092395A"/>
    <w:sectPr w:rsidR="0092395A" w:rsidSect="00034616">
      <w:footerReference w:type="default" r:id="rId8"/>
      <w:pgSz w:w="16838" w:h="11906" w:orient="landscape"/>
      <w:pgMar w:top="397" w:right="397" w:bottom="397" w:left="3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95A" w:rsidRDefault="0092395A">
      <w:pPr>
        <w:spacing w:after="0" w:line="240" w:lineRule="auto"/>
      </w:pPr>
      <w:r>
        <w:separator/>
      </w:r>
    </w:p>
  </w:endnote>
  <w:endnote w:type="continuationSeparator" w:id="0">
    <w:p w:rsidR="0092395A" w:rsidRDefault="00923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1EE" w:rsidRDefault="0092395A">
    <w:pPr>
      <w:pStyle w:val="Stopka"/>
      <w:jc w:val="center"/>
    </w:pPr>
    <w:r>
      <w:rPr>
        <w:sz w:val="14"/>
      </w:rPr>
      <w:t>Dokument pomocniczy do Karty wycieczki – szczegółowy program i tygodniowy harmonogram pracy nauczycieli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95A" w:rsidRDefault="0092395A">
      <w:pPr>
        <w:spacing w:after="0" w:line="240" w:lineRule="auto"/>
      </w:pPr>
      <w:r>
        <w:separator/>
      </w:r>
    </w:p>
  </w:footnote>
  <w:footnote w:type="continuationSeparator" w:id="0">
    <w:p w:rsidR="0092395A" w:rsidRDefault="00923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1EE"/>
    <w:rsid w:val="0015074B"/>
    <w:rsid w:val="0029639D"/>
    <w:rsid w:val="00326F90"/>
    <w:rsid w:val="0092395A"/>
    <w:rsid w:val="00A5434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C0FC100-6813-4718-86AD-97F27F8F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006C8F-7C06-4454-8B52-C5F316EDD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1519</Words>
  <Characters>9119</Characters>
  <Application>Microsoft Office Word</Application>
  <DocSecurity>0</DocSecurity>
  <Lines>75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Urszula Woźniak</cp:lastModifiedBy>
  <cp:revision>2</cp:revision>
  <dcterms:created xsi:type="dcterms:W3CDTF">2026-09-09T07:50:00Z</dcterms:created>
  <dcterms:modified xsi:type="dcterms:W3CDTF">2026-09-09T07:50:00Z</dcterms:modified>
  <cp:category/>
</cp:coreProperties>
</file>